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20"/>
        </w:rPr>
        <w:t>Allegato B</w:t>
      </w:r>
    </w:p>
    <w:p>
      <w:pPr>
        <w:jc w:val="center"/>
      </w:pPr>
      <w:r>
        <w:rPr>
          <w:b/>
          <w:sz w:val="30"/>
        </w:rPr>
        <w:t>Modulo di adesione alla «Rete Nomadi Digitali RISSTE»</w:t>
      </w:r>
    </w:p>
    <w:p>
      <w:pPr>
        <w:jc w:val="center"/>
      </w:pPr>
      <w:r>
        <w:rPr>
          <w:b w:val="0"/>
          <w:sz w:val="20"/>
        </w:rPr>
        <w:t>Spett.le Centro Studi RISSTE – A.P.S., Via Basilicata 3, 07026 Olbia (SS) – PEC: centrostudirisste@pec.it</w:t>
      </w:r>
    </w:p>
    <w:p>
      <w:pPr>
        <w:spacing w:before="160"/>
      </w:pPr>
      <w:r>
        <w:rPr>
          <w:b/>
        </w:rPr>
        <w:t>1. Dati dell'organizzazione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3969"/>
          </w:tcPr>
          <w:p>
            <w:r/>
            <w:r>
              <w:rPr>
                <w:b/>
              </w:rPr>
              <w:t>Campo</w:t>
            </w:r>
          </w:p>
        </w:tc>
        <w:tc>
          <w:tcPr>
            <w:tcW w:type="dxa" w:w="5386"/>
          </w:tcPr>
          <w:p>
            <w:r/>
            <w:r>
              <w:rPr>
                <w:b/>
              </w:rPr>
              <w:t>Da compilare</w:t>
            </w:r>
          </w:p>
        </w:tc>
      </w:tr>
      <w:tr>
        <w:tc>
          <w:tcPr>
            <w:tcW w:type="dxa" w:w="3969"/>
          </w:tcPr>
          <w:p>
            <w:r>
              <w:t>Denominazione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Sede legale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Codice fiscale / Partita IVA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PEC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Sito web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Legale rappresentante (nome, cognome, carica)</w:t>
            </w:r>
          </w:p>
        </w:tc>
        <w:tc>
          <w:tcPr>
            <w:tcW w:type="dxa" w:w="5386"/>
          </w:tcPr>
          <w:p>
            <w:r/>
          </w:p>
        </w:tc>
      </w:tr>
    </w:tbl>
    <w:p/>
    <w:p>
      <w:pPr>
        <w:spacing w:before="160"/>
      </w:pPr>
      <w:r>
        <w:rPr>
          <w:b/>
        </w:rPr>
        <w:t>2. Tipologia</w:t>
      </w:r>
    </w:p>
    <w:p>
      <w:pPr>
        <w:jc w:val="left"/>
      </w:pPr>
      <w:r>
        <w:rPr>
          <w:b w:val="0"/>
        </w:rPr>
        <w:t>☐ Comune, unione di Comuni o altro ente pubblico</w:t>
      </w:r>
    </w:p>
    <w:p>
      <w:pPr>
        <w:jc w:val="left"/>
      </w:pPr>
      <w:r>
        <w:rPr>
          <w:b w:val="0"/>
        </w:rPr>
        <w:t>☐ Università, centro di ricerca, istituzione scolastica o formativa</w:t>
      </w:r>
    </w:p>
    <w:p>
      <w:pPr>
        <w:jc w:val="left"/>
      </w:pPr>
      <w:r>
        <w:rPr>
          <w:b w:val="0"/>
        </w:rPr>
        <w:t>☐ Ente del terzo settore o cooperativa</w:t>
      </w:r>
    </w:p>
    <w:p>
      <w:pPr>
        <w:jc w:val="left"/>
      </w:pPr>
      <w:r>
        <w:rPr>
          <w:b w:val="0"/>
        </w:rPr>
        <w:t>☐ Gestore di hub digitale, spazio di co-working o Punto di facilitazione digitale</w:t>
      </w:r>
    </w:p>
    <w:p>
      <w:pPr>
        <w:jc w:val="left"/>
      </w:pPr>
      <w:r>
        <w:rPr>
          <w:b w:val="0"/>
        </w:rPr>
        <w:t>☐ Impresa, operatore turistico o struttura ricettiva</w:t>
      </w:r>
    </w:p>
    <w:p>
      <w:pPr>
        <w:jc w:val="left"/>
      </w:pPr>
      <w:r>
        <w:rPr>
          <w:b w:val="0"/>
        </w:rPr>
        <w:t>☐ Associazione di categoria o altra organizzazione di rappresentanza</w:t>
      </w:r>
    </w:p>
    <w:p>
      <w:pPr>
        <w:jc w:val="left"/>
      </w:pPr>
      <w:r>
        <w:rPr>
          <w:b w:val="0"/>
        </w:rPr>
        <w:t>☐ Altro: ______________________</w:t>
      </w:r>
    </w:p>
    <w:p>
      <w:pPr>
        <w:spacing w:before="160"/>
      </w:pPr>
      <w:r>
        <w:rPr>
          <w:b/>
        </w:rPr>
        <w:t>3. Referente per la Rete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3969"/>
          </w:tcPr>
          <w:p>
            <w:r/>
            <w:r>
              <w:rPr>
                <w:b/>
              </w:rPr>
              <w:t>Campo</w:t>
            </w:r>
          </w:p>
        </w:tc>
        <w:tc>
          <w:tcPr>
            <w:tcW w:type="dxa" w:w="5386"/>
          </w:tcPr>
          <w:p>
            <w:r/>
            <w:r>
              <w:rPr>
                <w:b/>
              </w:rPr>
              <w:t>Da compilare</w:t>
            </w:r>
          </w:p>
        </w:tc>
      </w:tr>
      <w:tr>
        <w:tc>
          <w:tcPr>
            <w:tcW w:type="dxa" w:w="3969"/>
          </w:tcPr>
          <w:p>
            <w:r>
              <w:t>Nome e cognome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Ruolo nell'organizzazione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E-mail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Telefono</w:t>
            </w:r>
          </w:p>
        </w:tc>
        <w:tc>
          <w:tcPr>
            <w:tcW w:type="dxa" w:w="5386"/>
          </w:tcPr>
          <w:p>
            <w:r/>
          </w:p>
        </w:tc>
      </w:tr>
    </w:tbl>
    <w:p/>
    <w:p>
      <w:pPr>
        <w:spacing w:before="160"/>
      </w:pPr>
      <w:r>
        <w:rPr>
          <w:b/>
        </w:rPr>
        <w:t>4. Contributo dell'organizzazione alla Rete (facoltativo)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3969"/>
          </w:tcPr>
          <w:p>
            <w:r/>
            <w:r>
              <w:rPr>
                <w:b/>
              </w:rPr>
              <w:t>Domanda</w:t>
            </w:r>
          </w:p>
        </w:tc>
        <w:tc>
          <w:tcPr>
            <w:tcW w:type="dxa" w:w="5386"/>
          </w:tcPr>
          <w:p>
            <w:r/>
            <w:r>
              <w:rPr>
                <w:b/>
              </w:rPr>
              <w:t>Risposta</w:t>
            </w:r>
          </w:p>
        </w:tc>
      </w:tr>
      <w:tr>
        <w:tc>
          <w:tcPr>
            <w:tcW w:type="dxa" w:w="3969"/>
          </w:tcPr>
          <w:p>
            <w:r>
              <w:t>Esperienze o progetti già realizzati sul nomadismo digitale o il lavoro da remoto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Spazi, servizi o competenze che può condividere con gli altri aderenti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Gruppi di lavoro di interesse (hub e spazi, accoglienza, comunicazione, avvio d'impresa, altro)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Idee per progetti comuni</w:t>
            </w:r>
          </w:p>
        </w:tc>
        <w:tc>
          <w:tcPr>
            <w:tcW w:type="dxa" w:w="5386"/>
          </w:tcPr>
          <w:p>
            <w:r/>
          </w:p>
        </w:tc>
      </w:tr>
    </w:tbl>
    <w:p/>
    <w:p>
      <w:pPr>
        <w:spacing w:before="160"/>
      </w:pPr>
      <w:r>
        <w:rPr>
          <w:b/>
        </w:rPr>
        <w:t>5. Richiesta e dichiarazioni</w:t>
      </w:r>
    </w:p>
    <w:p>
      <w:pPr>
        <w:jc w:val="both"/>
      </w:pPr>
      <w:r>
        <w:rPr>
          <w:b w:val="0"/>
        </w:rPr>
        <w:t>Il/La sottoscritto/a ______________________, in qualità di legale rappresentante (o suo delegato) dell'organizzazione sopra indicata,</w:t>
      </w:r>
    </w:p>
    <w:p>
      <w:pPr>
        <w:jc w:val="center"/>
      </w:pPr>
      <w:r>
        <w:rPr>
          <w:b/>
        </w:rPr>
        <w:t>CHIEDE</w:t>
      </w:r>
    </w:p>
    <w:p>
      <w:pPr>
        <w:jc w:val="both"/>
      </w:pPr>
      <w:r>
        <w:rPr>
          <w:b w:val="0"/>
        </w:rPr>
        <w:t>l'adesione dell'organizzazione alla «Rete Nomadi Digitali RISSTE»</w:t>
      </w:r>
    </w:p>
    <w:p>
      <w:pPr>
        <w:jc w:val="center"/>
      </w:pPr>
      <w:r>
        <w:rPr>
          <w:b/>
        </w:rPr>
        <w:t>E DICHIARA CHE</w:t>
      </w:r>
    </w:p>
    <w:p>
      <w:pPr>
        <w:pStyle w:val="ListBullet"/>
        <w:jc w:val="both"/>
      </w:pPr>
      <w:r>
        <w:t>l'organizzazione ha preso visione del regolamento della Rete e lo accetta;</w:t>
      </w:r>
    </w:p>
    <w:p>
      <w:pPr>
        <w:pStyle w:val="ListBullet"/>
        <w:jc w:val="both"/>
      </w:pPr>
      <w:r>
        <w:t>l'organizzazione si impegna a collaborare per le finalità della Rete, attraverso lo scambio di idee, esperienze e supporto reciproco;</w:t>
      </w:r>
    </w:p>
    <w:p>
      <w:pPr>
        <w:pStyle w:val="ListBullet"/>
        <w:jc w:val="both"/>
      </w:pPr>
      <w:r>
        <w:t>l'adesione è gratuita e non comporta costi né obblighi finanziari; eventuali costi potranno derivare solo da singoli progetti esecutivi, ai quali l'organizzazione partecipa liberamente e con propri atti;</w:t>
      </w:r>
    </w:p>
    <w:p>
      <w:pPr>
        <w:pStyle w:val="ListBullet"/>
        <w:jc w:val="both"/>
      </w:pPr>
      <w:r>
        <w:t>l'adesione non attribuisce la qualità di socio dell'Associazione;</w:t>
      </w:r>
    </w:p>
    <w:p>
      <w:pPr>
        <w:pStyle w:val="ListBullet"/>
        <w:jc w:val="both"/>
      </w:pPr>
      <w:r>
        <w:t>[solo per gli enti pubblici] l'adesione è stata autorizzata con deliberazione / determinazione n. ______ del ______ e non comporta nuovi o maggiori oneri a carico del bilancio.</w:t>
      </w:r>
    </w:p>
    <w:p>
      <w:pPr>
        <w:spacing w:before="160"/>
      </w:pPr>
      <w:r>
        <w:rPr>
          <w:b/>
        </w:rPr>
        <w:t>6. Informativa sul trattamento dei dati personali (art. 13 Reg. UE 2016/679)</w:t>
      </w:r>
    </w:p>
    <w:p>
      <w:pPr>
        <w:jc w:val="both"/>
      </w:pPr>
      <w:r>
        <w:rPr>
          <w:b/>
        </w:rPr>
        <w:t xml:space="preserve">Titolare del trattamento: </w:t>
      </w:r>
      <w:r>
        <w:t>Centro Studi RISSTE – A.P.S., Via Basilicata 3, 07026 Olbia (SS), PEC centrostudirisste@pec.it.</w:t>
      </w:r>
    </w:p>
    <w:p>
      <w:pPr>
        <w:jc w:val="both"/>
      </w:pPr>
      <w:r>
        <w:rPr>
          <w:b/>
        </w:rPr>
        <w:t xml:space="preserve">Dati trattati e finalità: </w:t>
      </w:r>
      <w:r>
        <w:t>dati di contatto del legale rappresentante e del referente, trattati per gestire l'adesione e le comunicazioni della Rete (base giuridica: esecuzione del rapporto di adesione e legittimo interesse dell'Associazione, art. 6.1.b e 6.1.f).</w:t>
      </w:r>
    </w:p>
    <w:p>
      <w:pPr>
        <w:jc w:val="both"/>
      </w:pPr>
      <w:r>
        <w:rPr>
          <w:b/>
        </w:rPr>
        <w:t xml:space="preserve">Destinatari e diffusione: </w:t>
      </w:r>
      <w:r>
        <w:t>la denominazione dell'organizzazione aderente è pubblicata nell'elenco degli aderenti. I dati di contatto del referente sono condivisi con gli altri aderenti solo con il consenso indicato sotto.</w:t>
      </w:r>
    </w:p>
    <w:p>
      <w:pPr>
        <w:jc w:val="both"/>
      </w:pPr>
      <w:r>
        <w:rPr>
          <w:b/>
        </w:rPr>
        <w:t xml:space="preserve">Conservazione: </w:t>
      </w:r>
      <w:r>
        <w:t>per la durata dell'adesione e per 2 anni dalla sua cessazione.</w:t>
      </w:r>
    </w:p>
    <w:p>
      <w:pPr>
        <w:jc w:val="both"/>
      </w:pPr>
      <w:r>
        <w:rPr>
          <w:b/>
        </w:rPr>
        <w:t xml:space="preserve">Diritti: </w:t>
      </w:r>
      <w:r>
        <w:t>gli interessati possono chiedere accesso, rettifica, cancellazione, limitazione e opporsi al trattamento scrivendo al Titolare, e proporre reclamo al Garante per la protezione dei dati personali.</w:t>
      </w:r>
    </w:p>
    <w:p>
      <w:pPr>
        <w:spacing w:before="160"/>
      </w:pPr>
      <w:r>
        <w:rPr>
          <w:b/>
        </w:rPr>
        <w:t>7. Consensi facoltativi del referente</w:t>
      </w:r>
    </w:p>
    <w:p>
      <w:pPr>
        <w:jc w:val="left"/>
      </w:pPr>
      <w:r>
        <w:rPr>
          <w:b w:val="0"/>
        </w:rPr>
        <w:t>☐ Acconsento alla condivisione dei miei dati di contatto con gli altri aderenti alla Rete.</w:t>
      </w:r>
    </w:p>
    <w:p>
      <w:pPr>
        <w:jc w:val="left"/>
      </w:pPr>
      <w:r>
        <w:rPr>
          <w:b w:val="0"/>
        </w:rPr>
        <w:t>☐ Acconsento a ricevere la newsletter e le comunicazioni sulle iniziative della Rete.</w:t>
      </w:r>
    </w:p>
    <w:p/>
    <w:p>
      <w:pPr>
        <w:jc w:val="left"/>
      </w:pPr>
      <w:r>
        <w:rPr>
          <w:b w:val="0"/>
        </w:rPr>
        <w:t>Luogo e data: ______________________</w:t>
      </w:r>
    </w:p>
    <w:p>
      <w:pPr>
        <w:jc w:val="left"/>
      </w:pPr>
      <w:r>
        <w:rPr>
          <w:b w:val="0"/>
        </w:rPr>
        <w:t>Firma del legale rappresentante (o delegato) e timbro: ______________________</w:t>
      </w:r>
    </w:p>
    <w:p/>
    <w:p>
      <w:pPr>
        <w:spacing w:before="160"/>
      </w:pPr>
      <w:r>
        <w:rPr>
          <w:b/>
        </w:rPr>
        <w:t>Riservato all'Associazione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3969"/>
          </w:tcPr>
          <w:p>
            <w:r/>
            <w:r>
              <w:rPr>
                <w:b/>
              </w:rPr>
              <w:t>Voce</w:t>
            </w:r>
          </w:p>
        </w:tc>
        <w:tc>
          <w:tcPr>
            <w:tcW w:type="dxa" w:w="5386"/>
          </w:tcPr>
          <w:p>
            <w:r/>
            <w:r>
              <w:rPr>
                <w:b/>
              </w:rPr>
            </w:r>
          </w:p>
        </w:tc>
      </w:tr>
      <w:tr>
        <w:tc>
          <w:tcPr>
            <w:tcW w:type="dxa" w:w="3969"/>
          </w:tcPr>
          <w:p>
            <w:r>
              <w:t>Data di ricezione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Esito (accolta / non accolta)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N. nell'elenco degli aderenti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3969"/>
          </w:tcPr>
          <w:p>
            <w:r>
              <w:t>La coordinatrice della Rete</w:t>
            </w:r>
          </w:p>
        </w:tc>
        <w:tc>
          <w:tcPr>
            <w:tcW w:type="dxa" w:w="5386"/>
          </w:tcPr>
          <w:p>
            <w:r/>
          </w:p>
        </w:tc>
      </w:tr>
    </w:tbl>
    <w:p/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